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BE420" w14:textId="77777777" w:rsidR="005F0880" w:rsidRDefault="00000000">
      <w:pPr>
        <w:pStyle w:val="Title"/>
      </w:pPr>
      <w:r>
        <w:t>Training Examples: Quotes and Cost Estimates</w:t>
      </w:r>
    </w:p>
    <w:p w14:paraId="265B78DE" w14:textId="77777777" w:rsidR="005F0880" w:rsidRDefault="00000000">
      <w:r>
        <w:t>TRAINING EXAMPLE ONLY — FICTIONAL INFORMATION — NOT AN OFFICIAL ICIP, VENDOR QUOTE, APPROVED PLAN, OR ACTUAL FLEET RECORD</w:t>
      </w:r>
    </w:p>
    <w:p w14:paraId="1E389CF0" w14:textId="77777777" w:rsidR="005F0880" w:rsidRDefault="00000000">
      <w:pPr>
        <w:pStyle w:val="Heading1"/>
      </w:pPr>
      <w:r>
        <w:t>What this document should look like</w:t>
      </w:r>
    </w:p>
    <w:p w14:paraId="7CE9772E" w14:textId="77777777" w:rsidR="005F0880" w:rsidRDefault="00000000">
      <w:r>
        <w:t>A real quote or estimate should identify the provider, date, project/facility, item or scope specifications, quantities, unit/total costs, included associated costs, exclusions, and applicable validity or delivery assumptions. Amounts should reconcile with the Project Budget, Scope and Funding Sources Worksheet. These invented amounts are not market-price estimates.</w:t>
      </w:r>
    </w:p>
    <w:p w14:paraId="238E114E" w14:textId="77777777" w:rsidR="005F0880" w:rsidRDefault="00000000">
      <w:pPr>
        <w:pStyle w:val="Heading1"/>
      </w:pPr>
      <w:r>
        <w:t>Q-TRAIN-01 — Meals &amp; Equipment</w:t>
      </w:r>
    </w:p>
    <w:p w14:paraId="1C3A9EE7" w14:textId="77777777" w:rsidR="005F0880" w:rsidRDefault="00000000">
      <w:r>
        <w:t>Provider: Sample Kitchen Supply (fictional)</w:t>
      </w:r>
      <w:r>
        <w:br/>
        <w:t>Customer: Town of Sample Mesa / Sample Mesa Senior Center</w:t>
      </w:r>
      <w:r>
        <w:br/>
        <w:t>Date: October 9, 2026 | Illustrative validity: 60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F0880" w14:paraId="6A65E7FA" w14:textId="77777777">
        <w:tc>
          <w:tcPr>
            <w:tcW w:w="2592" w:type="dxa"/>
          </w:tcPr>
          <w:p w14:paraId="0FEEB4ED" w14:textId="77777777" w:rsidR="005F0880" w:rsidRDefault="00000000">
            <w:r>
              <w:t>Item / scope</w:t>
            </w:r>
          </w:p>
        </w:tc>
        <w:tc>
          <w:tcPr>
            <w:tcW w:w="2592" w:type="dxa"/>
          </w:tcPr>
          <w:p w14:paraId="539F93A1" w14:textId="77777777" w:rsidR="005F0880" w:rsidRDefault="00000000">
            <w:r>
              <w:t>Quantity</w:t>
            </w:r>
          </w:p>
        </w:tc>
        <w:tc>
          <w:tcPr>
            <w:tcW w:w="2592" w:type="dxa"/>
          </w:tcPr>
          <w:p w14:paraId="2BEF75C9" w14:textId="77777777" w:rsidR="005F0880" w:rsidRDefault="00000000">
            <w:r>
              <w:t>Unit cost</w:t>
            </w:r>
          </w:p>
        </w:tc>
        <w:tc>
          <w:tcPr>
            <w:tcW w:w="2592" w:type="dxa"/>
          </w:tcPr>
          <w:p w14:paraId="1C8661E2" w14:textId="77777777" w:rsidR="005F0880" w:rsidRDefault="00000000">
            <w:r>
              <w:t>Extended cost</w:t>
            </w:r>
          </w:p>
        </w:tc>
      </w:tr>
      <w:tr w:rsidR="005F0880" w14:paraId="7D537D4D" w14:textId="77777777">
        <w:tc>
          <w:tcPr>
            <w:tcW w:w="2592" w:type="dxa"/>
          </w:tcPr>
          <w:p w14:paraId="62814998" w14:textId="77777777" w:rsidR="005F0880" w:rsidRDefault="00000000">
            <w:r>
              <w:t>Commercial range, specified capacity</w:t>
            </w:r>
          </w:p>
        </w:tc>
        <w:tc>
          <w:tcPr>
            <w:tcW w:w="2592" w:type="dxa"/>
          </w:tcPr>
          <w:p w14:paraId="14F13C04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0598193C" w14:textId="77777777" w:rsidR="005F0880" w:rsidRDefault="00000000">
            <w:r>
              <w:t>$14,000</w:t>
            </w:r>
          </w:p>
        </w:tc>
        <w:tc>
          <w:tcPr>
            <w:tcW w:w="2592" w:type="dxa"/>
          </w:tcPr>
          <w:p w14:paraId="370CB39E" w14:textId="77777777" w:rsidR="005F0880" w:rsidRDefault="00000000">
            <w:r>
              <w:t>$14,000</w:t>
            </w:r>
          </w:p>
        </w:tc>
      </w:tr>
      <w:tr w:rsidR="005F0880" w14:paraId="005A5EA0" w14:textId="77777777">
        <w:tc>
          <w:tcPr>
            <w:tcW w:w="2592" w:type="dxa"/>
          </w:tcPr>
          <w:p w14:paraId="06FAE910" w14:textId="77777777" w:rsidR="005F0880" w:rsidRDefault="00000000">
            <w:r>
              <w:t>Commercial refrigerator, specified capacity</w:t>
            </w:r>
          </w:p>
        </w:tc>
        <w:tc>
          <w:tcPr>
            <w:tcW w:w="2592" w:type="dxa"/>
          </w:tcPr>
          <w:p w14:paraId="62CBC87A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3ED6DCF7" w14:textId="77777777" w:rsidR="005F0880" w:rsidRDefault="00000000">
            <w:r>
              <w:t>$18,000</w:t>
            </w:r>
          </w:p>
        </w:tc>
        <w:tc>
          <w:tcPr>
            <w:tcW w:w="2592" w:type="dxa"/>
          </w:tcPr>
          <w:p w14:paraId="53E7D81B" w14:textId="77777777" w:rsidR="005F0880" w:rsidRDefault="00000000">
            <w:r>
              <w:t>$18,000</w:t>
            </w:r>
          </w:p>
        </w:tc>
      </w:tr>
      <w:tr w:rsidR="005F0880" w14:paraId="3C9F607A" w14:textId="77777777">
        <w:tc>
          <w:tcPr>
            <w:tcW w:w="2592" w:type="dxa"/>
          </w:tcPr>
          <w:p w14:paraId="25ECD94C" w14:textId="77777777" w:rsidR="005F0880" w:rsidRDefault="00000000">
            <w:r>
              <w:t>Freight/delivery</w:t>
            </w:r>
          </w:p>
        </w:tc>
        <w:tc>
          <w:tcPr>
            <w:tcW w:w="2592" w:type="dxa"/>
          </w:tcPr>
          <w:p w14:paraId="0A5902CB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13CCE0DE" w14:textId="77777777" w:rsidR="005F0880" w:rsidRDefault="00000000">
            <w:r>
              <w:t>$2,000</w:t>
            </w:r>
          </w:p>
        </w:tc>
        <w:tc>
          <w:tcPr>
            <w:tcW w:w="2592" w:type="dxa"/>
          </w:tcPr>
          <w:p w14:paraId="35DB6430" w14:textId="77777777" w:rsidR="005F0880" w:rsidRDefault="00000000">
            <w:r>
              <w:t>$2,000</w:t>
            </w:r>
          </w:p>
        </w:tc>
      </w:tr>
      <w:tr w:rsidR="005F0880" w14:paraId="56857C3D" w14:textId="77777777">
        <w:tc>
          <w:tcPr>
            <w:tcW w:w="2592" w:type="dxa"/>
          </w:tcPr>
          <w:p w14:paraId="4944F665" w14:textId="77777777" w:rsidR="005F0880" w:rsidRDefault="00000000">
            <w:r>
              <w:t>Installation/testing</w:t>
            </w:r>
          </w:p>
        </w:tc>
        <w:tc>
          <w:tcPr>
            <w:tcW w:w="2592" w:type="dxa"/>
          </w:tcPr>
          <w:p w14:paraId="75AD64DE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1803933C" w14:textId="77777777" w:rsidR="005F0880" w:rsidRDefault="00000000">
            <w:r>
              <w:t>$4,000</w:t>
            </w:r>
          </w:p>
        </w:tc>
        <w:tc>
          <w:tcPr>
            <w:tcW w:w="2592" w:type="dxa"/>
          </w:tcPr>
          <w:p w14:paraId="5C341E91" w14:textId="77777777" w:rsidR="005F0880" w:rsidRDefault="00000000">
            <w:r>
              <w:t>$4,000</w:t>
            </w:r>
          </w:p>
        </w:tc>
      </w:tr>
      <w:tr w:rsidR="005F0880" w14:paraId="47CF540E" w14:textId="77777777">
        <w:tc>
          <w:tcPr>
            <w:tcW w:w="2592" w:type="dxa"/>
          </w:tcPr>
          <w:p w14:paraId="59FC08A6" w14:textId="77777777" w:rsidR="005F0880" w:rsidRDefault="00000000">
            <w:r>
              <w:t>Total</w:t>
            </w:r>
          </w:p>
        </w:tc>
        <w:tc>
          <w:tcPr>
            <w:tcW w:w="2592" w:type="dxa"/>
          </w:tcPr>
          <w:p w14:paraId="34E4B600" w14:textId="77777777" w:rsidR="005F0880" w:rsidRDefault="005F0880"/>
        </w:tc>
        <w:tc>
          <w:tcPr>
            <w:tcW w:w="2592" w:type="dxa"/>
          </w:tcPr>
          <w:p w14:paraId="4526F4D8" w14:textId="77777777" w:rsidR="005F0880" w:rsidRDefault="005F0880"/>
        </w:tc>
        <w:tc>
          <w:tcPr>
            <w:tcW w:w="2592" w:type="dxa"/>
          </w:tcPr>
          <w:p w14:paraId="028BC9F4" w14:textId="77777777" w:rsidR="005F0880" w:rsidRDefault="00000000">
            <w:r>
              <w:t>$38,000</w:t>
            </w:r>
          </w:p>
        </w:tc>
      </w:tr>
    </w:tbl>
    <w:p w14:paraId="77D882B0" w14:textId="77777777" w:rsidR="005F0880" w:rsidRDefault="00000000">
      <w:r>
        <w:t>Existing utilities assumed adequate. No facility renovation, extended warranty, or maintenance contract included.</w:t>
      </w:r>
    </w:p>
    <w:p w14:paraId="481A9678" w14:textId="77777777" w:rsidR="005F0880" w:rsidRDefault="00000000">
      <w:pPr>
        <w:pStyle w:val="Heading1"/>
      </w:pPr>
      <w:r>
        <w:t>Q-TRAIN-02 — Vehicles &amp; Equipment</w:t>
      </w:r>
    </w:p>
    <w:p w14:paraId="3F0B4F3D" w14:textId="77777777" w:rsidR="005F0880" w:rsidRDefault="00000000">
      <w:r>
        <w:t>Provider: Sample Fleet Supply (fictional)</w:t>
      </w:r>
      <w:r>
        <w:br/>
        <w:t>Customer: Town of Sample Mesa / Sample Mesa Senior Center</w:t>
      </w:r>
      <w:r>
        <w:br/>
        <w:t>Date: October 9, 2026 | Illustrative validity: 60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F0880" w14:paraId="1A311402" w14:textId="77777777">
        <w:tc>
          <w:tcPr>
            <w:tcW w:w="2592" w:type="dxa"/>
          </w:tcPr>
          <w:p w14:paraId="2FEBA23D" w14:textId="77777777" w:rsidR="005F0880" w:rsidRDefault="00000000">
            <w:r>
              <w:t>Item / scope</w:t>
            </w:r>
          </w:p>
        </w:tc>
        <w:tc>
          <w:tcPr>
            <w:tcW w:w="2592" w:type="dxa"/>
          </w:tcPr>
          <w:p w14:paraId="7DBBD825" w14:textId="77777777" w:rsidR="005F0880" w:rsidRDefault="00000000">
            <w:r>
              <w:t>Quantity</w:t>
            </w:r>
          </w:p>
        </w:tc>
        <w:tc>
          <w:tcPr>
            <w:tcW w:w="2592" w:type="dxa"/>
          </w:tcPr>
          <w:p w14:paraId="2A60096A" w14:textId="77777777" w:rsidR="005F0880" w:rsidRDefault="00000000">
            <w:r>
              <w:t>Unit cost</w:t>
            </w:r>
          </w:p>
        </w:tc>
        <w:tc>
          <w:tcPr>
            <w:tcW w:w="2592" w:type="dxa"/>
          </w:tcPr>
          <w:p w14:paraId="4155F8A8" w14:textId="77777777" w:rsidR="005F0880" w:rsidRDefault="00000000">
            <w:r>
              <w:t>Extended cost</w:t>
            </w:r>
          </w:p>
        </w:tc>
      </w:tr>
      <w:tr w:rsidR="005F0880" w14:paraId="48276805" w14:textId="77777777">
        <w:tc>
          <w:tcPr>
            <w:tcW w:w="2592" w:type="dxa"/>
          </w:tcPr>
          <w:p w14:paraId="67D9556F" w14:textId="77777777" w:rsidR="005F0880" w:rsidRDefault="00000000">
            <w:r>
              <w:t>Meal-delivery van</w:t>
            </w:r>
          </w:p>
        </w:tc>
        <w:tc>
          <w:tcPr>
            <w:tcW w:w="2592" w:type="dxa"/>
          </w:tcPr>
          <w:p w14:paraId="17AF72D2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40D4A08E" w14:textId="77777777" w:rsidR="005F0880" w:rsidRDefault="00000000">
            <w:r>
              <w:t>$65,000</w:t>
            </w:r>
          </w:p>
        </w:tc>
        <w:tc>
          <w:tcPr>
            <w:tcW w:w="2592" w:type="dxa"/>
          </w:tcPr>
          <w:p w14:paraId="38203F41" w14:textId="77777777" w:rsidR="005F0880" w:rsidRDefault="00000000">
            <w:r>
              <w:t>$65,000</w:t>
            </w:r>
          </w:p>
        </w:tc>
      </w:tr>
      <w:tr w:rsidR="005F0880" w14:paraId="44693769" w14:textId="77777777">
        <w:tc>
          <w:tcPr>
            <w:tcW w:w="2592" w:type="dxa"/>
          </w:tcPr>
          <w:p w14:paraId="2ACE65A1" w14:textId="77777777" w:rsidR="005F0880" w:rsidRDefault="00000000">
            <w:r>
              <w:t>Hot/cold transport outfitting</w:t>
            </w:r>
          </w:p>
        </w:tc>
        <w:tc>
          <w:tcPr>
            <w:tcW w:w="2592" w:type="dxa"/>
          </w:tcPr>
          <w:p w14:paraId="4B1D94D9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48E42DFC" w14:textId="77777777" w:rsidR="005F0880" w:rsidRDefault="00000000">
            <w:r>
              <w:t>$15,000</w:t>
            </w:r>
          </w:p>
        </w:tc>
        <w:tc>
          <w:tcPr>
            <w:tcW w:w="2592" w:type="dxa"/>
          </w:tcPr>
          <w:p w14:paraId="74C4FEA0" w14:textId="77777777" w:rsidR="005F0880" w:rsidRDefault="00000000">
            <w:r>
              <w:t>$15,000</w:t>
            </w:r>
          </w:p>
        </w:tc>
      </w:tr>
      <w:tr w:rsidR="005F0880" w14:paraId="639918E7" w14:textId="77777777">
        <w:tc>
          <w:tcPr>
            <w:tcW w:w="2592" w:type="dxa"/>
          </w:tcPr>
          <w:p w14:paraId="137F9795" w14:textId="77777777" w:rsidR="005F0880" w:rsidRDefault="00000000">
            <w:r>
              <w:t>Delivery/setup</w:t>
            </w:r>
          </w:p>
        </w:tc>
        <w:tc>
          <w:tcPr>
            <w:tcW w:w="2592" w:type="dxa"/>
          </w:tcPr>
          <w:p w14:paraId="20E6D9D7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533FD51C" w14:textId="77777777" w:rsidR="005F0880" w:rsidRDefault="00000000">
            <w:r>
              <w:t>$2,000</w:t>
            </w:r>
          </w:p>
        </w:tc>
        <w:tc>
          <w:tcPr>
            <w:tcW w:w="2592" w:type="dxa"/>
          </w:tcPr>
          <w:p w14:paraId="52DF825D" w14:textId="77777777" w:rsidR="005F0880" w:rsidRDefault="00000000">
            <w:r>
              <w:t>$2,000</w:t>
            </w:r>
          </w:p>
        </w:tc>
      </w:tr>
      <w:tr w:rsidR="005F0880" w14:paraId="58E009A2" w14:textId="77777777">
        <w:tc>
          <w:tcPr>
            <w:tcW w:w="2592" w:type="dxa"/>
          </w:tcPr>
          <w:p w14:paraId="035D3E13" w14:textId="77777777" w:rsidR="005F0880" w:rsidRDefault="00000000">
            <w:r>
              <w:t>Total</w:t>
            </w:r>
          </w:p>
        </w:tc>
        <w:tc>
          <w:tcPr>
            <w:tcW w:w="2592" w:type="dxa"/>
          </w:tcPr>
          <w:p w14:paraId="2B22FE73" w14:textId="77777777" w:rsidR="005F0880" w:rsidRDefault="005F0880"/>
        </w:tc>
        <w:tc>
          <w:tcPr>
            <w:tcW w:w="2592" w:type="dxa"/>
          </w:tcPr>
          <w:p w14:paraId="7888474F" w14:textId="77777777" w:rsidR="005F0880" w:rsidRDefault="005F0880"/>
        </w:tc>
        <w:tc>
          <w:tcPr>
            <w:tcW w:w="2592" w:type="dxa"/>
          </w:tcPr>
          <w:p w14:paraId="1F24911F" w14:textId="77777777" w:rsidR="005F0880" w:rsidRDefault="00000000">
            <w:r>
              <w:t>$82,000</w:t>
            </w:r>
          </w:p>
        </w:tc>
      </w:tr>
    </w:tbl>
    <w:p w14:paraId="25DE6E9C" w14:textId="77777777" w:rsidR="005F0880" w:rsidRDefault="00000000">
      <w:r>
        <w:t>Registration, insurance, fuel, and routine maintenance are not included; identify responsibility separately.</w:t>
      </w:r>
    </w:p>
    <w:p w14:paraId="61461995" w14:textId="77777777" w:rsidR="005F0880" w:rsidRDefault="00000000">
      <w:pPr>
        <w:pStyle w:val="Heading1"/>
      </w:pPr>
      <w:r>
        <w:t>E-TRAIN-03 — Planning &amp; Design</w:t>
      </w:r>
    </w:p>
    <w:p w14:paraId="59504AD6" w14:textId="77777777" w:rsidR="005F0880" w:rsidRDefault="00000000">
      <w:r>
        <w:t>Provider: Sample Design Services (fictional)</w:t>
      </w:r>
      <w:r>
        <w:br/>
        <w:t>Customer: Town of Sample Mesa / Sample Mesa Senior Center</w:t>
      </w:r>
      <w:r>
        <w:br/>
        <w:t>Date: October 9, 2026 | Illustrative validity: 60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F0880" w14:paraId="08E659B6" w14:textId="77777777">
        <w:tc>
          <w:tcPr>
            <w:tcW w:w="2592" w:type="dxa"/>
          </w:tcPr>
          <w:p w14:paraId="7853C82F" w14:textId="77777777" w:rsidR="005F0880" w:rsidRDefault="00000000">
            <w:r>
              <w:lastRenderedPageBreak/>
              <w:t>Item / scope</w:t>
            </w:r>
          </w:p>
        </w:tc>
        <w:tc>
          <w:tcPr>
            <w:tcW w:w="2592" w:type="dxa"/>
          </w:tcPr>
          <w:p w14:paraId="4133A81D" w14:textId="77777777" w:rsidR="005F0880" w:rsidRDefault="00000000">
            <w:r>
              <w:t>Quantity</w:t>
            </w:r>
          </w:p>
        </w:tc>
        <w:tc>
          <w:tcPr>
            <w:tcW w:w="2592" w:type="dxa"/>
          </w:tcPr>
          <w:p w14:paraId="75C52FE2" w14:textId="77777777" w:rsidR="005F0880" w:rsidRDefault="00000000">
            <w:r>
              <w:t>Unit cost</w:t>
            </w:r>
          </w:p>
        </w:tc>
        <w:tc>
          <w:tcPr>
            <w:tcW w:w="2592" w:type="dxa"/>
          </w:tcPr>
          <w:p w14:paraId="28CAD8A7" w14:textId="77777777" w:rsidR="005F0880" w:rsidRDefault="00000000">
            <w:r>
              <w:t>Extended cost</w:t>
            </w:r>
          </w:p>
        </w:tc>
      </w:tr>
      <w:tr w:rsidR="005F0880" w14:paraId="745B8BDB" w14:textId="77777777">
        <w:tc>
          <w:tcPr>
            <w:tcW w:w="2592" w:type="dxa"/>
          </w:tcPr>
          <w:p w14:paraId="080C42D5" w14:textId="77777777" w:rsidR="005F0880" w:rsidRDefault="00000000">
            <w:r>
              <w:t>Needs assessment/site review</w:t>
            </w:r>
          </w:p>
        </w:tc>
        <w:tc>
          <w:tcPr>
            <w:tcW w:w="2592" w:type="dxa"/>
          </w:tcPr>
          <w:p w14:paraId="596CA332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37BD8962" w14:textId="77777777" w:rsidR="005F0880" w:rsidRDefault="00000000">
            <w:r>
              <w:t>$10,000</w:t>
            </w:r>
          </w:p>
        </w:tc>
        <w:tc>
          <w:tcPr>
            <w:tcW w:w="2592" w:type="dxa"/>
          </w:tcPr>
          <w:p w14:paraId="7D4C54BB" w14:textId="77777777" w:rsidR="005F0880" w:rsidRDefault="00000000">
            <w:r>
              <w:t>$10,000</w:t>
            </w:r>
          </w:p>
        </w:tc>
      </w:tr>
      <w:tr w:rsidR="005F0880" w14:paraId="165DD6F6" w14:textId="77777777">
        <w:tc>
          <w:tcPr>
            <w:tcW w:w="2592" w:type="dxa"/>
          </w:tcPr>
          <w:p w14:paraId="77114F8F" w14:textId="77777777" w:rsidR="005F0880" w:rsidRDefault="00000000">
            <w:r>
              <w:t>Preliminary design</w:t>
            </w:r>
          </w:p>
        </w:tc>
        <w:tc>
          <w:tcPr>
            <w:tcW w:w="2592" w:type="dxa"/>
          </w:tcPr>
          <w:p w14:paraId="6E261CA7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47262EAD" w14:textId="77777777" w:rsidR="005F0880" w:rsidRDefault="00000000">
            <w:r>
              <w:t>$20,000</w:t>
            </w:r>
          </w:p>
        </w:tc>
        <w:tc>
          <w:tcPr>
            <w:tcW w:w="2592" w:type="dxa"/>
          </w:tcPr>
          <w:p w14:paraId="1ED96E01" w14:textId="77777777" w:rsidR="005F0880" w:rsidRDefault="00000000">
            <w:r>
              <w:t>$20,000</w:t>
            </w:r>
          </w:p>
        </w:tc>
      </w:tr>
      <w:tr w:rsidR="005F0880" w14:paraId="2FEC1729" w14:textId="77777777">
        <w:tc>
          <w:tcPr>
            <w:tcW w:w="2592" w:type="dxa"/>
          </w:tcPr>
          <w:p w14:paraId="290C507E" w14:textId="77777777" w:rsidR="005F0880" w:rsidRDefault="00000000">
            <w:r>
              <w:t>Final drawings/specifications</w:t>
            </w:r>
          </w:p>
        </w:tc>
        <w:tc>
          <w:tcPr>
            <w:tcW w:w="2592" w:type="dxa"/>
          </w:tcPr>
          <w:p w14:paraId="5878C34B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2BE90610" w14:textId="77777777" w:rsidR="005F0880" w:rsidRDefault="00000000">
            <w:r>
              <w:t>$30,000</w:t>
            </w:r>
          </w:p>
        </w:tc>
        <w:tc>
          <w:tcPr>
            <w:tcW w:w="2592" w:type="dxa"/>
          </w:tcPr>
          <w:p w14:paraId="259A6A48" w14:textId="77777777" w:rsidR="005F0880" w:rsidRDefault="00000000">
            <w:r>
              <w:t>$30,000</w:t>
            </w:r>
          </w:p>
        </w:tc>
      </w:tr>
      <w:tr w:rsidR="005F0880" w14:paraId="3A1CA6AE" w14:textId="77777777">
        <w:tc>
          <w:tcPr>
            <w:tcW w:w="2592" w:type="dxa"/>
          </w:tcPr>
          <w:p w14:paraId="0F4152EB" w14:textId="77777777" w:rsidR="005F0880" w:rsidRDefault="00000000">
            <w:r>
              <w:t>Cost estimating/coordination</w:t>
            </w:r>
          </w:p>
        </w:tc>
        <w:tc>
          <w:tcPr>
            <w:tcW w:w="2592" w:type="dxa"/>
          </w:tcPr>
          <w:p w14:paraId="5816BEBC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7BA0296E" w14:textId="77777777" w:rsidR="005F0880" w:rsidRDefault="00000000">
            <w:r>
              <w:t>$5,000</w:t>
            </w:r>
          </w:p>
        </w:tc>
        <w:tc>
          <w:tcPr>
            <w:tcW w:w="2592" w:type="dxa"/>
          </w:tcPr>
          <w:p w14:paraId="4A6259D2" w14:textId="77777777" w:rsidR="005F0880" w:rsidRDefault="00000000">
            <w:r>
              <w:t>$5,000</w:t>
            </w:r>
          </w:p>
        </w:tc>
      </w:tr>
      <w:tr w:rsidR="005F0880" w14:paraId="69EDC301" w14:textId="77777777">
        <w:tc>
          <w:tcPr>
            <w:tcW w:w="2592" w:type="dxa"/>
          </w:tcPr>
          <w:p w14:paraId="78332F6F" w14:textId="77777777" w:rsidR="005F0880" w:rsidRDefault="00000000">
            <w:r>
              <w:t>Total</w:t>
            </w:r>
          </w:p>
        </w:tc>
        <w:tc>
          <w:tcPr>
            <w:tcW w:w="2592" w:type="dxa"/>
          </w:tcPr>
          <w:p w14:paraId="5EAFA770" w14:textId="77777777" w:rsidR="005F0880" w:rsidRDefault="005F0880"/>
        </w:tc>
        <w:tc>
          <w:tcPr>
            <w:tcW w:w="2592" w:type="dxa"/>
          </w:tcPr>
          <w:p w14:paraId="13B7661B" w14:textId="77777777" w:rsidR="005F0880" w:rsidRDefault="005F0880"/>
        </w:tc>
        <w:tc>
          <w:tcPr>
            <w:tcW w:w="2592" w:type="dxa"/>
          </w:tcPr>
          <w:p w14:paraId="7DD4DB4B" w14:textId="77777777" w:rsidR="005F0880" w:rsidRDefault="00000000">
            <w:r>
              <w:t>$65,000</w:t>
            </w:r>
          </w:p>
        </w:tc>
      </w:tr>
    </w:tbl>
    <w:p w14:paraId="615EF9D1" w14:textId="77777777" w:rsidR="005F0880" w:rsidRDefault="00000000">
      <w:r>
        <w:t>Future construction excluded.</w:t>
      </w:r>
    </w:p>
    <w:p w14:paraId="13A2BBD1" w14:textId="77777777" w:rsidR="005F0880" w:rsidRDefault="00000000">
      <w:pPr>
        <w:pStyle w:val="Heading1"/>
      </w:pPr>
      <w:r>
        <w:t>E-TRAIN-04 — Renovation</w:t>
      </w:r>
    </w:p>
    <w:p w14:paraId="650C0230" w14:textId="77777777" w:rsidR="005F0880" w:rsidRDefault="00000000">
      <w:r>
        <w:t>Provider: Sample Construction Estimating (fictional)</w:t>
      </w:r>
      <w:r>
        <w:br/>
        <w:t>Customer: Town of Sample Mesa / Sample Mesa Senior Center</w:t>
      </w:r>
      <w:r>
        <w:br/>
        <w:t>Date: October 9, 2026 | Illustrative validity: 60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F0880" w14:paraId="7F6AF324" w14:textId="77777777">
        <w:tc>
          <w:tcPr>
            <w:tcW w:w="2592" w:type="dxa"/>
          </w:tcPr>
          <w:p w14:paraId="18BCCD4C" w14:textId="77777777" w:rsidR="005F0880" w:rsidRDefault="00000000">
            <w:r>
              <w:t>Item / scope</w:t>
            </w:r>
          </w:p>
        </w:tc>
        <w:tc>
          <w:tcPr>
            <w:tcW w:w="2592" w:type="dxa"/>
          </w:tcPr>
          <w:p w14:paraId="1E1C98A1" w14:textId="77777777" w:rsidR="005F0880" w:rsidRDefault="00000000">
            <w:r>
              <w:t>Quantity</w:t>
            </w:r>
          </w:p>
        </w:tc>
        <w:tc>
          <w:tcPr>
            <w:tcW w:w="2592" w:type="dxa"/>
          </w:tcPr>
          <w:p w14:paraId="4A181EEC" w14:textId="77777777" w:rsidR="005F0880" w:rsidRDefault="00000000">
            <w:r>
              <w:t>Unit cost</w:t>
            </w:r>
          </w:p>
        </w:tc>
        <w:tc>
          <w:tcPr>
            <w:tcW w:w="2592" w:type="dxa"/>
          </w:tcPr>
          <w:p w14:paraId="1A6713AF" w14:textId="77777777" w:rsidR="005F0880" w:rsidRDefault="00000000">
            <w:r>
              <w:t>Extended cost</w:t>
            </w:r>
          </w:p>
        </w:tc>
      </w:tr>
      <w:tr w:rsidR="005F0880" w14:paraId="15E4976B" w14:textId="77777777">
        <w:tc>
          <w:tcPr>
            <w:tcW w:w="2592" w:type="dxa"/>
          </w:tcPr>
          <w:p w14:paraId="44FEB2B9" w14:textId="77777777" w:rsidR="005F0880" w:rsidRDefault="00000000">
            <w:r>
              <w:t>Kitchen renovation work</w:t>
            </w:r>
          </w:p>
        </w:tc>
        <w:tc>
          <w:tcPr>
            <w:tcW w:w="2592" w:type="dxa"/>
          </w:tcPr>
          <w:p w14:paraId="7A1B4CC7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045D6BE0" w14:textId="77777777" w:rsidR="005F0880" w:rsidRDefault="00000000">
            <w:r>
              <w:t>$120,000</w:t>
            </w:r>
          </w:p>
        </w:tc>
        <w:tc>
          <w:tcPr>
            <w:tcW w:w="2592" w:type="dxa"/>
          </w:tcPr>
          <w:p w14:paraId="0F003457" w14:textId="77777777" w:rsidR="005F0880" w:rsidRDefault="00000000">
            <w:r>
              <w:t>$120,000</w:t>
            </w:r>
          </w:p>
        </w:tc>
      </w:tr>
      <w:tr w:rsidR="005F0880" w14:paraId="5E0ECAAA" w14:textId="77777777">
        <w:tc>
          <w:tcPr>
            <w:tcW w:w="2592" w:type="dxa"/>
          </w:tcPr>
          <w:p w14:paraId="7D91A4FB" w14:textId="77777777" w:rsidR="005F0880" w:rsidRDefault="00000000">
            <w:r>
              <w:t>Utility/ventilation work</w:t>
            </w:r>
          </w:p>
        </w:tc>
        <w:tc>
          <w:tcPr>
            <w:tcW w:w="2592" w:type="dxa"/>
          </w:tcPr>
          <w:p w14:paraId="57732B77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78575EDA" w14:textId="77777777" w:rsidR="005F0880" w:rsidRDefault="00000000">
            <w:r>
              <w:t>$40,000</w:t>
            </w:r>
          </w:p>
        </w:tc>
        <w:tc>
          <w:tcPr>
            <w:tcW w:w="2592" w:type="dxa"/>
          </w:tcPr>
          <w:p w14:paraId="4ADEBD3E" w14:textId="77777777" w:rsidR="005F0880" w:rsidRDefault="00000000">
            <w:r>
              <w:t>$40,000</w:t>
            </w:r>
          </w:p>
        </w:tc>
      </w:tr>
      <w:tr w:rsidR="005F0880" w14:paraId="41FB615C" w14:textId="77777777">
        <w:tc>
          <w:tcPr>
            <w:tcW w:w="2592" w:type="dxa"/>
          </w:tcPr>
          <w:p w14:paraId="7881BF1C" w14:textId="77777777" w:rsidR="005F0880" w:rsidRDefault="00000000">
            <w:r>
              <w:t>Design/permit support</w:t>
            </w:r>
          </w:p>
        </w:tc>
        <w:tc>
          <w:tcPr>
            <w:tcW w:w="2592" w:type="dxa"/>
          </w:tcPr>
          <w:p w14:paraId="248D8FD5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65D39F31" w14:textId="77777777" w:rsidR="005F0880" w:rsidRDefault="00000000">
            <w:r>
              <w:t>$10,000</w:t>
            </w:r>
          </w:p>
        </w:tc>
        <w:tc>
          <w:tcPr>
            <w:tcW w:w="2592" w:type="dxa"/>
          </w:tcPr>
          <w:p w14:paraId="028EF937" w14:textId="77777777" w:rsidR="005F0880" w:rsidRDefault="00000000">
            <w:r>
              <w:t>$10,000</w:t>
            </w:r>
          </w:p>
        </w:tc>
      </w:tr>
      <w:tr w:rsidR="005F0880" w14:paraId="243823EF" w14:textId="77777777">
        <w:tc>
          <w:tcPr>
            <w:tcW w:w="2592" w:type="dxa"/>
          </w:tcPr>
          <w:p w14:paraId="63D2F0F8" w14:textId="77777777" w:rsidR="005F0880" w:rsidRDefault="00000000">
            <w:r>
              <w:t>Project contingency allowance</w:t>
            </w:r>
          </w:p>
        </w:tc>
        <w:tc>
          <w:tcPr>
            <w:tcW w:w="2592" w:type="dxa"/>
          </w:tcPr>
          <w:p w14:paraId="2E73562D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19BDCE66" w14:textId="77777777" w:rsidR="005F0880" w:rsidRDefault="00000000">
            <w:r>
              <w:t>$10,000</w:t>
            </w:r>
          </w:p>
        </w:tc>
        <w:tc>
          <w:tcPr>
            <w:tcW w:w="2592" w:type="dxa"/>
          </w:tcPr>
          <w:p w14:paraId="21A3CE90" w14:textId="77777777" w:rsidR="005F0880" w:rsidRDefault="00000000">
            <w:r>
              <w:t>$10,000</w:t>
            </w:r>
          </w:p>
        </w:tc>
      </w:tr>
      <w:tr w:rsidR="005F0880" w14:paraId="553D4F6A" w14:textId="77777777">
        <w:tc>
          <w:tcPr>
            <w:tcW w:w="2592" w:type="dxa"/>
          </w:tcPr>
          <w:p w14:paraId="18C75574" w14:textId="77777777" w:rsidR="005F0880" w:rsidRDefault="00000000">
            <w:r>
              <w:t>Total</w:t>
            </w:r>
          </w:p>
        </w:tc>
        <w:tc>
          <w:tcPr>
            <w:tcW w:w="2592" w:type="dxa"/>
          </w:tcPr>
          <w:p w14:paraId="3225FD83" w14:textId="77777777" w:rsidR="005F0880" w:rsidRDefault="005F0880"/>
        </w:tc>
        <w:tc>
          <w:tcPr>
            <w:tcW w:w="2592" w:type="dxa"/>
          </w:tcPr>
          <w:p w14:paraId="767B512B" w14:textId="77777777" w:rsidR="005F0880" w:rsidRDefault="005F0880"/>
        </w:tc>
        <w:tc>
          <w:tcPr>
            <w:tcW w:w="2592" w:type="dxa"/>
          </w:tcPr>
          <w:p w14:paraId="73E5E2DE" w14:textId="77777777" w:rsidR="005F0880" w:rsidRDefault="00000000">
            <w:r>
              <w:t>$180,000</w:t>
            </w:r>
          </w:p>
        </w:tc>
      </w:tr>
    </w:tbl>
    <w:p w14:paraId="2C1C7D96" w14:textId="77777777" w:rsidR="005F0880" w:rsidRDefault="00000000">
      <w:r>
        <w:t>Planning-level estimate, not a binding bid. Equipment purchase under separate request excluded.</w:t>
      </w:r>
    </w:p>
    <w:p w14:paraId="5C0AA26E" w14:textId="77777777" w:rsidR="005F0880" w:rsidRDefault="00000000">
      <w:pPr>
        <w:pStyle w:val="Heading1"/>
      </w:pPr>
      <w:r>
        <w:t>E-TRAIN-05 — New Construction</w:t>
      </w:r>
    </w:p>
    <w:p w14:paraId="1F0645FB" w14:textId="77777777" w:rsidR="005F0880" w:rsidRDefault="00000000">
      <w:r>
        <w:t>Provider: Sample Construction Estimating (fictional)</w:t>
      </w:r>
      <w:r>
        <w:br/>
        <w:t>Customer: Town of Sample Mesa / Sample Mesa Senior Center</w:t>
      </w:r>
      <w:r>
        <w:br/>
        <w:t>Date: October 9, 2026 | Illustrative validity: 60 days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5F0880" w14:paraId="61C41E18" w14:textId="77777777">
        <w:tc>
          <w:tcPr>
            <w:tcW w:w="2592" w:type="dxa"/>
          </w:tcPr>
          <w:p w14:paraId="4EB776DD" w14:textId="77777777" w:rsidR="005F0880" w:rsidRDefault="00000000">
            <w:r>
              <w:t>Item / scope</w:t>
            </w:r>
          </w:p>
        </w:tc>
        <w:tc>
          <w:tcPr>
            <w:tcW w:w="2592" w:type="dxa"/>
          </w:tcPr>
          <w:p w14:paraId="6F57DD77" w14:textId="77777777" w:rsidR="005F0880" w:rsidRDefault="00000000">
            <w:r>
              <w:t>Quantity</w:t>
            </w:r>
          </w:p>
        </w:tc>
        <w:tc>
          <w:tcPr>
            <w:tcW w:w="2592" w:type="dxa"/>
          </w:tcPr>
          <w:p w14:paraId="18D80EA0" w14:textId="77777777" w:rsidR="005F0880" w:rsidRDefault="00000000">
            <w:r>
              <w:t>Unit cost</w:t>
            </w:r>
          </w:p>
        </w:tc>
        <w:tc>
          <w:tcPr>
            <w:tcW w:w="2592" w:type="dxa"/>
          </w:tcPr>
          <w:p w14:paraId="33B5D549" w14:textId="77777777" w:rsidR="005F0880" w:rsidRDefault="00000000">
            <w:r>
              <w:t>Extended cost</w:t>
            </w:r>
          </w:p>
        </w:tc>
      </w:tr>
      <w:tr w:rsidR="005F0880" w14:paraId="35A366BD" w14:textId="77777777">
        <w:tc>
          <w:tcPr>
            <w:tcW w:w="2592" w:type="dxa"/>
          </w:tcPr>
          <w:p w14:paraId="3BC370FC" w14:textId="77777777" w:rsidR="005F0880" w:rsidRDefault="00000000">
            <w:r>
              <w:t>Site/utilities</w:t>
            </w:r>
          </w:p>
        </w:tc>
        <w:tc>
          <w:tcPr>
            <w:tcW w:w="2592" w:type="dxa"/>
          </w:tcPr>
          <w:p w14:paraId="53D24D76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45F28082" w14:textId="77777777" w:rsidR="005F0880" w:rsidRDefault="00000000">
            <w:r>
              <w:t>$100,000</w:t>
            </w:r>
          </w:p>
        </w:tc>
        <w:tc>
          <w:tcPr>
            <w:tcW w:w="2592" w:type="dxa"/>
          </w:tcPr>
          <w:p w14:paraId="0338D080" w14:textId="77777777" w:rsidR="005F0880" w:rsidRDefault="00000000">
            <w:r>
              <w:t>$100,000</w:t>
            </w:r>
          </w:p>
        </w:tc>
      </w:tr>
      <w:tr w:rsidR="005F0880" w14:paraId="07E7EB9C" w14:textId="77777777">
        <w:tc>
          <w:tcPr>
            <w:tcW w:w="2592" w:type="dxa"/>
          </w:tcPr>
          <w:p w14:paraId="58A928E4" w14:textId="77777777" w:rsidR="005F0880" w:rsidRDefault="00000000">
            <w:r>
              <w:t>Building construction</w:t>
            </w:r>
          </w:p>
        </w:tc>
        <w:tc>
          <w:tcPr>
            <w:tcW w:w="2592" w:type="dxa"/>
          </w:tcPr>
          <w:p w14:paraId="6C92A790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51333F5D" w14:textId="77777777" w:rsidR="005F0880" w:rsidRDefault="00000000">
            <w:r>
              <w:t>$700,000</w:t>
            </w:r>
          </w:p>
        </w:tc>
        <w:tc>
          <w:tcPr>
            <w:tcW w:w="2592" w:type="dxa"/>
          </w:tcPr>
          <w:p w14:paraId="3612BCF6" w14:textId="77777777" w:rsidR="005F0880" w:rsidRDefault="00000000">
            <w:r>
              <w:t>$700,000</w:t>
            </w:r>
          </w:p>
        </w:tc>
      </w:tr>
      <w:tr w:rsidR="005F0880" w14:paraId="1EB3858B" w14:textId="77777777">
        <w:tc>
          <w:tcPr>
            <w:tcW w:w="2592" w:type="dxa"/>
          </w:tcPr>
          <w:p w14:paraId="674662A9" w14:textId="77777777" w:rsidR="005F0880" w:rsidRDefault="00000000">
            <w:r>
              <w:t>Design/permit support</w:t>
            </w:r>
          </w:p>
        </w:tc>
        <w:tc>
          <w:tcPr>
            <w:tcW w:w="2592" w:type="dxa"/>
          </w:tcPr>
          <w:p w14:paraId="1243E6EE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51FF03C3" w14:textId="77777777" w:rsidR="005F0880" w:rsidRDefault="00000000">
            <w:r>
              <w:t>$80,000</w:t>
            </w:r>
          </w:p>
        </w:tc>
        <w:tc>
          <w:tcPr>
            <w:tcW w:w="2592" w:type="dxa"/>
          </w:tcPr>
          <w:p w14:paraId="3F403EBC" w14:textId="77777777" w:rsidR="005F0880" w:rsidRDefault="00000000">
            <w:r>
              <w:t>$80,000</w:t>
            </w:r>
          </w:p>
        </w:tc>
      </w:tr>
      <w:tr w:rsidR="005F0880" w14:paraId="642165A3" w14:textId="77777777">
        <w:tc>
          <w:tcPr>
            <w:tcW w:w="2592" w:type="dxa"/>
          </w:tcPr>
          <w:p w14:paraId="6816F7C4" w14:textId="77777777" w:rsidR="005F0880" w:rsidRDefault="00000000">
            <w:r>
              <w:t>Project contingency allowance</w:t>
            </w:r>
          </w:p>
        </w:tc>
        <w:tc>
          <w:tcPr>
            <w:tcW w:w="2592" w:type="dxa"/>
          </w:tcPr>
          <w:p w14:paraId="542C04FA" w14:textId="77777777" w:rsidR="005F0880" w:rsidRDefault="00000000">
            <w:r>
              <w:t>1</w:t>
            </w:r>
          </w:p>
        </w:tc>
        <w:tc>
          <w:tcPr>
            <w:tcW w:w="2592" w:type="dxa"/>
          </w:tcPr>
          <w:p w14:paraId="37C7BE71" w14:textId="77777777" w:rsidR="005F0880" w:rsidRDefault="00000000">
            <w:r>
              <w:t>$70,000</w:t>
            </w:r>
          </w:p>
        </w:tc>
        <w:tc>
          <w:tcPr>
            <w:tcW w:w="2592" w:type="dxa"/>
          </w:tcPr>
          <w:p w14:paraId="04E1C3CE" w14:textId="77777777" w:rsidR="005F0880" w:rsidRDefault="00000000">
            <w:r>
              <w:t>$70,000</w:t>
            </w:r>
          </w:p>
        </w:tc>
      </w:tr>
      <w:tr w:rsidR="005F0880" w14:paraId="226E65A7" w14:textId="77777777">
        <w:tc>
          <w:tcPr>
            <w:tcW w:w="2592" w:type="dxa"/>
          </w:tcPr>
          <w:p w14:paraId="70451A12" w14:textId="77777777" w:rsidR="005F0880" w:rsidRDefault="00000000">
            <w:r>
              <w:t>Total</w:t>
            </w:r>
          </w:p>
        </w:tc>
        <w:tc>
          <w:tcPr>
            <w:tcW w:w="2592" w:type="dxa"/>
          </w:tcPr>
          <w:p w14:paraId="2606080C" w14:textId="77777777" w:rsidR="005F0880" w:rsidRDefault="005F0880"/>
        </w:tc>
        <w:tc>
          <w:tcPr>
            <w:tcW w:w="2592" w:type="dxa"/>
          </w:tcPr>
          <w:p w14:paraId="506F703A" w14:textId="77777777" w:rsidR="005F0880" w:rsidRDefault="005F0880"/>
        </w:tc>
        <w:tc>
          <w:tcPr>
            <w:tcW w:w="2592" w:type="dxa"/>
          </w:tcPr>
          <w:p w14:paraId="5E313FEE" w14:textId="77777777" w:rsidR="005F0880" w:rsidRDefault="00000000">
            <w:r>
              <w:t>$950,000</w:t>
            </w:r>
          </w:p>
        </w:tc>
      </w:tr>
    </w:tbl>
    <w:p w14:paraId="003E897E" w14:textId="77777777" w:rsidR="005F0880" w:rsidRDefault="00000000">
      <w:r>
        <w:t>Planning-level estimate, not a binding bid. Furniture excluded.</w:t>
      </w:r>
    </w:p>
    <w:p w14:paraId="7A2D67BC" w14:textId="77777777" w:rsidR="005F0880" w:rsidRDefault="00000000">
      <w:r>
        <w:t>Training note: A contingency is a budget allowance, not a vendor charge or automatic eligible expense. Actual eligibility, procurement, and reimbursement terms control.</w:t>
      </w:r>
    </w:p>
    <w:sectPr w:rsidR="005F0880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936" w:bottom="1440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8378" w14:textId="77777777" w:rsidR="00FF76E3" w:rsidRDefault="00FF76E3">
      <w:pPr>
        <w:spacing w:after="0" w:line="240" w:lineRule="auto"/>
      </w:pPr>
      <w:r>
        <w:separator/>
      </w:r>
    </w:p>
  </w:endnote>
  <w:endnote w:type="continuationSeparator" w:id="0">
    <w:p w14:paraId="52B0AFFF" w14:textId="77777777" w:rsidR="00FF76E3" w:rsidRDefault="00FF7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6DDC9" w14:textId="77777777" w:rsidR="0011440E" w:rsidRDefault="001144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38CF3" w14:textId="77777777" w:rsidR="005F0880" w:rsidRDefault="00000000">
    <w:pPr>
      <w:pStyle w:val="Footer"/>
    </w:pPr>
    <w:r>
      <w:t>Fictional sample. Do not use as documentation for a live funding request.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CD1EA" w14:textId="77777777" w:rsidR="0011440E" w:rsidRDefault="001144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9218B" w14:textId="77777777" w:rsidR="00FF76E3" w:rsidRDefault="00FF76E3">
      <w:pPr>
        <w:spacing w:after="0" w:line="240" w:lineRule="auto"/>
      </w:pPr>
      <w:r>
        <w:separator/>
      </w:r>
    </w:p>
  </w:footnote>
  <w:footnote w:type="continuationSeparator" w:id="0">
    <w:p w14:paraId="2C36546F" w14:textId="77777777" w:rsidR="00FF76E3" w:rsidRDefault="00FF7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37B6D" w14:textId="77777777" w:rsidR="0011440E" w:rsidRDefault="001144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EFD60" w14:textId="217C8AF3" w:rsidR="005F0880" w:rsidRDefault="00000000">
    <w:pPr>
      <w:pStyle w:val="Header"/>
    </w:pPr>
    <w:r>
      <w:t>ALTSD Application | Training Example Only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A43A0" w14:textId="77777777" w:rsidR="0011440E" w:rsidRDefault="001144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9045280">
    <w:abstractNumId w:val="8"/>
  </w:num>
  <w:num w:numId="2" w16cid:durableId="170996612">
    <w:abstractNumId w:val="6"/>
  </w:num>
  <w:num w:numId="3" w16cid:durableId="1398893202">
    <w:abstractNumId w:val="5"/>
  </w:num>
  <w:num w:numId="4" w16cid:durableId="1615210213">
    <w:abstractNumId w:val="4"/>
  </w:num>
  <w:num w:numId="5" w16cid:durableId="1585217066">
    <w:abstractNumId w:val="7"/>
  </w:num>
  <w:num w:numId="6" w16cid:durableId="4093914">
    <w:abstractNumId w:val="3"/>
  </w:num>
  <w:num w:numId="7" w16cid:durableId="1357972365">
    <w:abstractNumId w:val="2"/>
  </w:num>
  <w:num w:numId="8" w16cid:durableId="979844456">
    <w:abstractNumId w:val="1"/>
  </w:num>
  <w:num w:numId="9" w16cid:durableId="19454604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1440E"/>
    <w:rsid w:val="0015074B"/>
    <w:rsid w:val="0029639D"/>
    <w:rsid w:val="00326F90"/>
    <w:rsid w:val="005F0880"/>
    <w:rsid w:val="007E0441"/>
    <w:rsid w:val="00AA1D8D"/>
    <w:rsid w:val="00B47730"/>
    <w:rsid w:val="00CB0664"/>
    <w:rsid w:val="00FC693F"/>
    <w:rsid w:val="00F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39E8DA"/>
  <w14:defaultImageDpi w14:val="300"/>
  <w15:docId w15:val="{02D807CC-08EA-4CB0-A98C-4FF76D0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Martinez, Tasha,  ALTSD</cp:lastModifiedBy>
  <cp:revision>2</cp:revision>
  <dcterms:created xsi:type="dcterms:W3CDTF">2013-12-23T23:15:00Z</dcterms:created>
  <dcterms:modified xsi:type="dcterms:W3CDTF">2026-10-09T21:20:00Z</dcterms:modified>
  <cp:category/>
</cp:coreProperties>
</file>